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r>
        <w:t>THE YOUNG GALILEO PROGRAM</w:t>
      </w:r>
    </w:p>
    <w:p/>
    <w:p>
      <w:r>
        <w:t>30 telescopes. 30 students. A year of learning the night sky.</w:t>
      </w:r>
    </w:p>
    <w:p/>
    <w:p>
      <w:r>
        <w:t>The Young Galileo Program helps motivated students in Grades 8 to 12 learn astronomy with the support of their family and experienced Hamilton RASC mentors.</w:t>
      </w:r>
    </w:p>
    <w:p/>
    <w:p>
      <w:r>
        <w:t>Selected families who complete the program will receive a telescope and a family membership in Hamilton RASC.</w:t>
      </w:r>
    </w:p>
    <w:p/>
    <w:p>
      <w:r>
        <w:t>APPLY NOW</w:t>
      </w:r>
    </w:p>
    <w:p>
      <w:r>
        <w:t>[Apply for the Young Galileo Program]</w:t>
      </w:r>
    </w:p>
    <w:p>
      <w:r>
        <w:t>[Register for the Information Evening]</w:t>
      </w:r>
    </w:p>
    <w:p>
      <w:r>
        <w:t>[Learn About Hamilton RASC]</w:t>
      </w:r>
    </w:p>
    <w:p>
      <w:r>
        <w:t>[Ask a Question]</w:t>
      </w:r>
    </w:p>
    <w:p/>
    <w:p>
      <w:r>
        <w:t>ABOUT THE PROGRAM</w:t>
      </w:r>
    </w:p>
    <w:p/>
    <w:p>
      <w:r>
        <w:t>Hamilton RASC, through the generosity of an anonymous donor, will be awarding 30 high-quality telescopes to students and families in the Hamilton and Halton area.</w:t>
      </w:r>
    </w:p>
    <w:p/>
    <w:p>
      <w:r>
        <w:t>The total value of the telescopes exceeds $50,000.</w:t>
      </w:r>
    </w:p>
    <w:p/>
    <w:p>
      <w:r>
        <w:t>This program is designed for students who already show a strong interest in astronomy, space science, observing, science communication, or public outreach.</w:t>
      </w:r>
    </w:p>
    <w:p/>
    <w:p>
      <w:r>
        <w:t>This is not simply a telescope giveaway.</w:t>
      </w:r>
    </w:p>
    <w:p/>
    <w:p>
      <w:r>
        <w:t>Students and their families will participate in training, observing sessions, mentorship, and outreach activities.</w:t>
      </w:r>
    </w:p>
    <w:p/>
    <w:p>
      <w:r>
        <w:t>WHO SHOULD APPLY</w:t>
      </w:r>
    </w:p>
    <w:p/>
    <w:p>
      <w:r>
        <w:t>- Grades 8 to 12</w:t>
      </w:r>
    </w:p>
    <w:p>
      <w:r>
        <w:t>- Live in Hamilton or Halton</w:t>
      </w:r>
    </w:p>
    <w:p>
      <w:r>
        <w:t>- Interest in astronomy or science</w:t>
      </w:r>
    </w:p>
    <w:p>
      <w:r>
        <w:t>- Able to attend sessions</w:t>
      </w:r>
    </w:p>
    <w:p>
      <w:r>
        <w:t>- Parent/guardian support</w:t>
      </w:r>
    </w:p>
    <w:p>
      <w:r>
        <w:t>- Curious and dependable</w:t>
      </w:r>
    </w:p>
    <w:p/>
    <w:p>
      <w:r>
        <w:t>PROGRAM GOALS</w:t>
      </w:r>
    </w:p>
    <w:p/>
    <w:p>
      <w:r>
        <w:t>- Learn telescope use</w:t>
      </w:r>
    </w:p>
    <w:p>
      <w:r>
        <w:t>- Understand the night sky</w:t>
      </w:r>
    </w:p>
    <w:p>
      <w:r>
        <w:t>- Develop observing skills</w:t>
      </w:r>
    </w:p>
    <w:p>
      <w:r>
        <w:t>- Build communication skills</w:t>
      </w:r>
    </w:p>
    <w:p>
      <w:r>
        <w:t>- Participate in outreach</w:t>
      </w:r>
    </w:p>
    <w:p/>
    <w:p>
      <w:r>
        <w:t>WHAT STUDENTS WILL LEARN</w:t>
      </w:r>
    </w:p>
    <w:p/>
    <w:p>
      <w:r>
        <w:t>- Telescope operation</w:t>
      </w:r>
    </w:p>
    <w:p>
      <w:r>
        <w:t>- Setup and care</w:t>
      </w:r>
    </w:p>
    <w:p>
      <w:r>
        <w:t>- Finding celestial objects</w:t>
      </w:r>
    </w:p>
    <w:p>
      <w:r>
        <w:t>- Using star charts and apps</w:t>
      </w:r>
    </w:p>
    <w:p>
      <w:r>
        <w:t>- Safe observing</w:t>
      </w:r>
    </w:p>
    <w:p>
      <w:r>
        <w:t>- Public engagement</w:t>
      </w:r>
    </w:p>
    <w:p/>
    <w:p>
      <w:r>
        <w:t>FAMILY PARTICIPATION IS REQUIRED</w:t>
      </w:r>
    </w:p>
    <w:p/>
    <w:p>
      <w:r>
        <w:t>A parent or guardian must participate.</w:t>
      </w:r>
    </w:p>
    <w:p/>
    <w:p>
      <w:r>
        <w:t>Expect:</w:t>
      </w:r>
    </w:p>
    <w:p>
      <w:r>
        <w:t>- Night sessions</w:t>
      </w:r>
    </w:p>
    <w:p>
      <w:r>
        <w:t>- Outdoor conditions</w:t>
      </w:r>
    </w:p>
    <w:p>
      <w:r>
        <w:t>- Late evenings</w:t>
      </w:r>
    </w:p>
    <w:p>
      <w:r>
        <w:t>- Transportation responsibility</w:t>
      </w:r>
    </w:p>
    <w:p/>
    <w:p>
      <w:r>
        <w:t>SAFETY</w:t>
      </w:r>
    </w:p>
    <w:p/>
    <w:p>
      <w:r>
        <w:t>- Police checks for instructors</w:t>
      </w:r>
    </w:p>
    <w:p>
      <w:r>
        <w:t>- Group sessions only</w:t>
      </w:r>
    </w:p>
    <w:p>
      <w:r>
        <w:t>- Parent attendance required</w:t>
      </w:r>
    </w:p>
    <w:p>
      <w:r>
        <w:t>- Safe locations</w:t>
      </w:r>
    </w:p>
    <w:p/>
    <w:p>
      <w:r>
        <w:t>PROGRAM COMMITMENT</w:t>
      </w:r>
    </w:p>
    <w:p/>
    <w:p>
      <w:r>
        <w:t>- Attend sessions</w:t>
      </w:r>
    </w:p>
    <w:p>
      <w:r>
        <w:t>- Complete requirements</w:t>
      </w:r>
    </w:p>
    <w:p>
      <w:r>
        <w:t>- Care for equipment</w:t>
      </w:r>
    </w:p>
    <w:p>
      <w:r>
        <w:t>- Participate respectfully</w:t>
      </w:r>
    </w:p>
    <w:p/>
    <w:p>
      <w:r>
        <w:t>TELESCOPE AWARD</w:t>
      </w:r>
    </w:p>
    <w:p/>
    <w:p>
      <w:r>
        <w:t>- Telescope</w:t>
      </w:r>
    </w:p>
    <w:p>
      <w:r>
        <w:t>- Training</w:t>
      </w:r>
    </w:p>
    <w:p>
      <w:r>
        <w:t>- Support</w:t>
      </w:r>
    </w:p>
    <w:p>
      <w:r>
        <w:t>- Family membership</w:t>
      </w:r>
    </w:p>
    <w:p/>
    <w:p>
      <w:r>
        <w:t>INFORMATION EVENING</w:t>
      </w:r>
    </w:p>
    <w:p/>
    <w:p>
      <w:r>
        <w:t>Date: June 2</w:t>
      </w:r>
    </w:p>
    <w:p>
      <w:r>
        <w:t>Time: 7:00 PM</w:t>
      </w:r>
    </w:p>
    <w:p>
      <w:r>
        <w:t>Location: St. Matthews Church</w:t>
      </w:r>
    </w:p>
    <w:p/>
    <w:p>
      <w:r>
        <w:t>SELECTION PROCESS</w:t>
      </w:r>
    </w:p>
    <w:p/>
    <w:p>
      <w:r>
        <w:t>- Interest</w:t>
      </w:r>
    </w:p>
    <w:p>
      <w:r>
        <w:t>- Need</w:t>
      </w:r>
    </w:p>
    <w:p>
      <w:r>
        <w:t>- Commitment</w:t>
      </w:r>
    </w:p>
    <w:p>
      <w:r>
        <w:t>- Family support</w:t>
      </w:r>
    </w:p>
    <w:p/>
    <w:p>
      <w:r>
        <w:t>APPLICATION FORM</w:t>
      </w:r>
    </w:p>
    <w:p/>
    <w:p>
      <w:r>
        <w:t>(Student info, parent info, statements, availability, safety agreement, reference, photo permission)</w:t>
      </w:r>
    </w:p>
    <w:p/>
    <w:p>
      <w:r>
        <w:t>APPLICATION DEADLINE</w:t>
      </w:r>
    </w:p>
    <w:p/>
    <w:p>
      <w:r>
        <w:t>Apply as soon as possible.</w:t>
      </w:r>
    </w:p>
    <w:p/>
    <w:p>
      <w:r>
        <w:t>CONTACT</w:t>
      </w:r>
    </w:p>
    <w:p/>
    <w:p>
      <w:r>
        <w:t>hamiltonrasc.ca</w:t>
      </w:r>
    </w:p>
    <w:p>
      <w:r>
        <w:t>[insert email]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